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אלומת המקלות – מהו פשיזם?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עקרונות הפשיזם ואת מקור השם והסמל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מקור פשיסטי ולזהות בו עקרונות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היחס לפרט בפשיזם לבין היחס לפרט בנאורות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כוח מאוחד וסמכות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מוסוליני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המדינה והאומה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רק מעטים ראויים להנהיג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צעדת אנשי מוסוליני ב-1922 שהובילה למינויו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הפשיזם צמח באיטליה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בפשיזם המדינה חשובה יותר מהפרט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הפשיזם האדיר את המלחמה כמבחן עליון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הפשיזם האמין באי-שוויון בין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תרגום המילה מאיטלקית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היחיד נדרש לציית למדינה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הדוצ׳ה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אליטיזם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6. 1945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(צרור מקלות סביב גרזן)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(כינוי המנהיג מוסוליני)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(שלטון של מעטים)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(המדינה קודמת לכל)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(אירוע מ-1922 שהוביל למינוי מוסוליני)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ייסוד התנועה הפשיסטית באיטליה (1919)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המצעד על רומא ומינוי מוסוליני לראש ממשלה (1922)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הדחת מוסוליני ונחיתת בעלות הברית באיטליה (1943)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תבוסת הפשיזם ומות מוסוליני (1945)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האמונה שרק מעטים, לא כלל הציבור, ראויים ומסוגלים להנהיג את החברה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המלחמה נתפסה כמבחן עליון שמוציא את כל האנרגיה של האדם והאומה ומוכיח את גבורתם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מוסוליני הודח ב-1943, בעלות הברית נחתו באיטליה, והמשטר הובס סופית ב-1945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המדינה והאומה, לא הפרט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התפיסה שרק מעטים ראויים להנהיג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כוח מאוחד וסמכות, ומכאן שם הפשיזם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בהדגמה מוחשית עם עפרונות - עיפרון אחד נשבר בקלות, צרור קשור קשה לשבירה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שהמקור ההיסטורי נלמד כדי להבין ולבקר, לא כדי לאמץ את העמדה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בפעילות המאזניים (פרט מול מדינה) כסיכום חזותי לשיעור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אלומת המקלות – מהו פשיזם?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בשנת 1919 קמה באיטליה תנועה חדשה בראשות בניטו מוסוליני, שבחרה לעצמה סמל עתיק - אלומת מקלות קשורה סביב גרזן. דף זה עוסק בעקרונות הפשיזם, בעלייתו ובנפילתו.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מדינה קם הפשיזם?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מסמלת אלומת המקלות?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מאוחד וסמכות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חירות הפרט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שוויון כלכלי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'הדוצ׳ה'?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הערך העליון לפי הפשיזם?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חירות הפרט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המדינה והאומה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משמעות המילה 'אליטיזם' בפשיזם?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האנשים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הרוב תמיד צודק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מעטים ראויים להנהיג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במנהיג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'המצעד על רומא'?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צעדת אנשי מוסוליני ב-1922 שהובילה למינויו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מצעד ניצחון של בעלות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פלישה לחבש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צמח לראשונה בגרמניה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בפשיזם הפרט חשוב יותר מהמדינה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ראה במלחמה דבר חיובי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קידש שוויון בין כל האנשים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מוסוליני נקרא 'הדוצ׳ה' כלומר 'המנהיג'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שלל חופש דיבור ומחשבה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אלומת המקלות היא סמל רומי עתיק שממנו נגזר שם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מוסוליני כונה '__________', כלומר 'המנהיג' באיטלקית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הפשיזם הכול בתוך ה__________ ודבר אינו מחוצה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ב-1922 התרחש ה__________ על רומא, ובעקבותיו מונה מוסוליני לראש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הפשיזם האמין באי-שוויון בין בני האדם, תפיסה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__________ הודח מוסוליני והובס הפשיזם לבסוף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פאשס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המדינה קודמת לכל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הדוצ׳ה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שלטון של מעטים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אליטיזם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צרור מקלות סביב גרזן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אטטיזם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אירוע מ-1922 שהוביל למינוי מוסוליני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המצעד על רומא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כינוי המנהיג מוסוליני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המצעד על רומא ומינוי מוסוליני לראש ממשלה (1922)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הדחת מוסוליני ונחיתת בעלות הברית באיטליה (1943)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תבוסת הפשיזם ומות מוסוליני (1945)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התנועה הפשיסטית באיטליה (1919)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אליטיזם בפשיזם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ראה הפשיזם במלחמה דבר חיובי?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הסתיים המשטר הפשיסטי באיטליה?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הערך העליון בפשיזם?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אליטיזם?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אלומת המקלות?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אלומת המקלות – מהו פשיזם?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